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65F1E" w14:textId="77777777" w:rsidR="00601A92" w:rsidRPr="009D531F" w:rsidRDefault="00000000">
      <w:pPr>
        <w:jc w:val="center"/>
        <w:rPr>
          <w:rFonts w:ascii="Times New Roman" w:eastAsiaTheme="minorEastAsia" w:hAnsi="Times New Roman" w:cs="Times New Roman"/>
          <w:sz w:val="40"/>
          <w:szCs w:val="40"/>
          <w:lang w:eastAsia="ja-JP"/>
        </w:rPr>
      </w:pPr>
      <w:r w:rsidRPr="009D531F">
        <w:rPr>
          <w:rFonts w:ascii="Times New Roman" w:eastAsiaTheme="minorEastAsia" w:hAnsi="Times New Roman" w:cs="Times New Roman"/>
          <w:b/>
          <w:sz w:val="40"/>
          <w:szCs w:val="40"/>
          <w:lang w:eastAsia="ja-JP"/>
        </w:rPr>
        <w:t>「友好都市・相知記」</w:t>
      </w:r>
    </w:p>
    <w:p w14:paraId="6FFBD7FD" w14:textId="6D81E067" w:rsidR="00601A92" w:rsidRPr="009D531F" w:rsidRDefault="00000000">
      <w:pPr>
        <w:jc w:val="center"/>
        <w:rPr>
          <w:rFonts w:ascii="Times New Roman" w:eastAsiaTheme="minorEastAsia" w:hAnsi="Times New Roman" w:cs="Times New Roman"/>
          <w:sz w:val="40"/>
          <w:szCs w:val="40"/>
          <w:lang w:eastAsia="ja-JP"/>
        </w:rPr>
      </w:pPr>
      <w:r w:rsidRPr="009D531F">
        <w:rPr>
          <w:rFonts w:ascii="Times New Roman" w:eastAsiaTheme="minorEastAsia" w:hAnsi="Times New Roman" w:cs="Times New Roman"/>
          <w:b/>
          <w:sz w:val="40"/>
          <w:szCs w:val="40"/>
          <w:lang w:eastAsia="ja-JP"/>
        </w:rPr>
        <w:t>あなたの物語を</w:t>
      </w:r>
      <w:r w:rsidR="005276DF" w:rsidRPr="009D531F">
        <w:rPr>
          <w:rFonts w:ascii="Times New Roman" w:eastAsiaTheme="minorEastAsia" w:hAnsi="Times New Roman" w:cs="Times New Roman" w:hint="eastAsia"/>
          <w:b/>
          <w:sz w:val="40"/>
          <w:szCs w:val="40"/>
          <w:lang w:eastAsia="ja-JP"/>
        </w:rPr>
        <w:t>書く</w:t>
      </w:r>
      <w:r w:rsidRPr="009D531F">
        <w:rPr>
          <w:rFonts w:ascii="Times New Roman" w:eastAsiaTheme="minorEastAsia" w:hAnsi="Times New Roman" w:cs="Times New Roman"/>
          <w:b/>
          <w:sz w:val="40"/>
          <w:szCs w:val="40"/>
          <w:lang w:eastAsia="ja-JP"/>
        </w:rPr>
        <w:t>のをお待ちしています</w:t>
      </w:r>
    </w:p>
    <w:p w14:paraId="2B99F9CD" w14:textId="089EF0C1" w:rsidR="00601A92" w:rsidRPr="009D531F" w:rsidRDefault="00666057">
      <w:pPr>
        <w:jc w:val="center"/>
        <w:rPr>
          <w:rFonts w:ascii="Times New Roman" w:eastAsiaTheme="minorEastAsia" w:hAnsi="Times New Roman" w:cs="Times New Roman"/>
          <w:bCs/>
          <w:sz w:val="40"/>
          <w:szCs w:val="40"/>
        </w:rPr>
      </w:pPr>
      <w:r w:rsidRPr="009D531F">
        <w:rPr>
          <w:rFonts w:ascii="Times New Roman" w:eastAsiaTheme="minorEastAsia" w:hAnsi="Times New Roman" w:cs="Times New Roman"/>
          <w:bCs/>
          <w:sz w:val="40"/>
          <w:szCs w:val="40"/>
        </w:rPr>
        <w:t>申込書</w:t>
      </w:r>
    </w:p>
    <w:p w14:paraId="4D10EEBC" w14:textId="77777777" w:rsidR="00601A92" w:rsidRPr="009D531F" w:rsidRDefault="00601A92">
      <w:pPr>
        <w:rPr>
          <w:rFonts w:ascii="Times New Roman" w:eastAsiaTheme="minorEastAsia" w:hAnsi="Times New Roman" w:cs="Times New Roman"/>
          <w:sz w:val="40"/>
          <w:szCs w:val="40"/>
        </w:rPr>
      </w:pPr>
    </w:p>
    <w:p w14:paraId="3A674A5D" w14:textId="721A3E5B" w:rsidR="0076779C" w:rsidRPr="00EA00B3" w:rsidRDefault="0076779C" w:rsidP="0076779C">
      <w:pPr>
        <w:rPr>
          <w:rFonts w:ascii="Times New Roman" w:eastAsiaTheme="minorEastAsia" w:hAnsi="Times New Roman" w:cs="Times New Roman"/>
          <w:bCs/>
          <w:sz w:val="32"/>
          <w:szCs w:val="32"/>
          <w:lang w:eastAsia="ja-JP"/>
        </w:rPr>
      </w:pP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ja-JP"/>
        </w:rPr>
        <w:t>参加者氏名</w:t>
      </w: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ja-JP"/>
        </w:rPr>
        <w:t>:________________________</w:t>
      </w:r>
    </w:p>
    <w:p w14:paraId="279CA987" w14:textId="5B66D38D" w:rsidR="0076779C" w:rsidRPr="00EA00B3" w:rsidRDefault="0076779C" w:rsidP="0076779C">
      <w:pPr>
        <w:rPr>
          <w:rFonts w:ascii="Times New Roman" w:eastAsiaTheme="minorEastAsia" w:hAnsi="Times New Roman" w:cs="Times New Roman"/>
          <w:bCs/>
          <w:sz w:val="32"/>
          <w:szCs w:val="32"/>
          <w:lang w:eastAsia="ja-JP"/>
        </w:rPr>
      </w:pP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ja-JP"/>
        </w:rPr>
        <w:t>参加者の</w:t>
      </w:r>
      <w:r w:rsidRPr="00EA00B3">
        <w:rPr>
          <w:rFonts w:ascii="Times New Roman" w:eastAsiaTheme="minorEastAsia" w:hAnsi="Times New Roman" w:cs="Times New Roman" w:hint="eastAsia"/>
          <w:bCs/>
          <w:sz w:val="32"/>
          <w:szCs w:val="32"/>
          <w:lang w:eastAsia="ja-JP"/>
        </w:rPr>
        <w:t>生年</w:t>
      </w: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ja-JP"/>
        </w:rPr>
        <w:t>:______________________</w:t>
      </w:r>
    </w:p>
    <w:p w14:paraId="40206E6B" w14:textId="6B099984" w:rsidR="0076779C" w:rsidRPr="00EA00B3" w:rsidRDefault="0076779C" w:rsidP="0076779C">
      <w:pPr>
        <w:rPr>
          <w:rFonts w:ascii="Times New Roman" w:eastAsiaTheme="minorEastAsia" w:hAnsi="Times New Roman" w:cs="Times New Roman" w:hint="eastAsia"/>
          <w:bCs/>
          <w:sz w:val="32"/>
          <w:szCs w:val="32"/>
          <w:lang w:eastAsia="zh-CN"/>
        </w:rPr>
      </w:pP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zh-CN"/>
        </w:rPr>
        <w:t>作品名</w:t>
      </w:r>
      <w:r w:rsidRPr="00EA00B3">
        <w:rPr>
          <w:rFonts w:ascii="Times New Roman" w:eastAsiaTheme="minorEastAsia" w:hAnsi="Times New Roman" w:cs="Times New Roman" w:hint="eastAsia"/>
          <w:bCs/>
          <w:sz w:val="32"/>
          <w:szCs w:val="32"/>
          <w:lang w:eastAsia="zh-CN"/>
        </w:rPr>
        <w:t>:____________________</w:t>
      </w:r>
      <w:r w:rsidR="00D269E1" w:rsidRPr="00EA00B3">
        <w:rPr>
          <w:rFonts w:ascii="Times New Roman" w:eastAsiaTheme="minorEastAsia" w:hAnsi="Times New Roman" w:cs="Times New Roman" w:hint="eastAsia"/>
          <w:bCs/>
          <w:sz w:val="32"/>
          <w:szCs w:val="32"/>
          <w:lang w:eastAsia="zh-CN"/>
        </w:rPr>
        <w:t>____</w:t>
      </w:r>
      <w:r w:rsidR="00F802A3" w:rsidRPr="00EA00B3">
        <w:rPr>
          <w:rFonts w:ascii="Times New Roman" w:eastAsiaTheme="minorEastAsia" w:hAnsi="Times New Roman" w:cs="Times New Roman" w:hint="eastAsia"/>
          <w:bCs/>
          <w:sz w:val="32"/>
          <w:szCs w:val="32"/>
          <w:lang w:eastAsia="zh-CN"/>
        </w:rPr>
        <w:t>____</w:t>
      </w:r>
    </w:p>
    <w:p w14:paraId="3738D890" w14:textId="3BC66AD9" w:rsidR="0076779C" w:rsidRPr="00EA00B3" w:rsidRDefault="0076779C" w:rsidP="0076779C">
      <w:pPr>
        <w:rPr>
          <w:rFonts w:ascii="Times New Roman" w:eastAsiaTheme="minorEastAsia" w:hAnsi="Times New Roman" w:cs="Times New Roman" w:hint="eastAsia"/>
          <w:bCs/>
          <w:sz w:val="32"/>
          <w:szCs w:val="32"/>
          <w:lang w:eastAsia="zh-CN"/>
        </w:rPr>
      </w:pP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zh-CN"/>
        </w:rPr>
        <w:t>学校名</w:t>
      </w:r>
      <w:r w:rsidRPr="00EA00B3">
        <w:rPr>
          <w:rFonts w:ascii="Times New Roman" w:eastAsiaTheme="minorEastAsia" w:hAnsi="Times New Roman" w:cs="Times New Roman" w:hint="eastAsia"/>
          <w:bCs/>
          <w:sz w:val="32"/>
          <w:szCs w:val="32"/>
          <w:lang w:eastAsia="zh-CN"/>
        </w:rPr>
        <w:t>:_____________________</w:t>
      </w:r>
      <w:r w:rsidR="00F802A3" w:rsidRPr="00EA00B3">
        <w:rPr>
          <w:rFonts w:ascii="Times New Roman" w:eastAsiaTheme="minorEastAsia" w:hAnsi="Times New Roman" w:cs="Times New Roman" w:hint="eastAsia"/>
          <w:bCs/>
          <w:sz w:val="32"/>
          <w:szCs w:val="32"/>
          <w:lang w:eastAsia="zh-CN"/>
        </w:rPr>
        <w:t>_______</w:t>
      </w:r>
    </w:p>
    <w:p w14:paraId="1AD8D00D" w14:textId="14215494" w:rsidR="0076779C" w:rsidRPr="00EA00B3" w:rsidRDefault="0076779C" w:rsidP="0076779C">
      <w:pPr>
        <w:rPr>
          <w:rFonts w:ascii="Times New Roman" w:eastAsiaTheme="minorEastAsia" w:hAnsi="Times New Roman" w:cs="Times New Roman"/>
          <w:bCs/>
          <w:sz w:val="32"/>
          <w:szCs w:val="32"/>
          <w:lang w:eastAsia="zh-CN"/>
        </w:rPr>
      </w:pP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zh-CN"/>
        </w:rPr>
        <w:t>連絡先電話番号</w:t>
      </w: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zh-CN"/>
        </w:rPr>
        <w:t>:____________________</w:t>
      </w:r>
    </w:p>
    <w:p w14:paraId="66489C32" w14:textId="5BBBAB78" w:rsidR="0076779C" w:rsidRPr="00EA00B3" w:rsidRDefault="0076779C" w:rsidP="0076779C">
      <w:pPr>
        <w:rPr>
          <w:rFonts w:ascii="Times New Roman" w:eastAsiaTheme="minorEastAsia" w:hAnsi="Times New Roman" w:cs="Times New Roman"/>
          <w:bCs/>
          <w:sz w:val="32"/>
          <w:szCs w:val="32"/>
          <w:lang w:eastAsia="zh-CN"/>
        </w:rPr>
      </w:pPr>
      <w:r w:rsidRPr="00EA00B3">
        <w:rPr>
          <w:rFonts w:ascii="Times New Roman" w:eastAsiaTheme="minorEastAsia" w:hAnsi="Times New Roman" w:cs="Times New Roman"/>
          <w:bCs/>
          <w:sz w:val="32"/>
          <w:szCs w:val="32"/>
        </w:rPr>
        <w:t>保護者氏名（</w:t>
      </w:r>
      <w:r w:rsidRPr="00EA00B3">
        <w:rPr>
          <w:rFonts w:ascii="Times New Roman" w:eastAsiaTheme="minorEastAsia" w:hAnsi="Times New Roman" w:cs="Times New Roman"/>
          <w:bCs/>
          <w:sz w:val="32"/>
          <w:szCs w:val="32"/>
        </w:rPr>
        <w:t>1</w:t>
      </w:r>
      <w:r w:rsidRPr="00EA00B3">
        <w:rPr>
          <w:rFonts w:ascii="Times New Roman" w:eastAsiaTheme="minorEastAsia" w:hAnsi="Times New Roman" w:cs="Times New Roman"/>
          <w:bCs/>
          <w:sz w:val="32"/>
          <w:szCs w:val="32"/>
        </w:rPr>
        <w:t>名）</w:t>
      </w:r>
      <w:r w:rsidRPr="00EA00B3">
        <w:rPr>
          <w:rFonts w:ascii="Times New Roman" w:eastAsiaTheme="minorEastAsia" w:hAnsi="Times New Roman" w:cs="Times New Roman"/>
          <w:bCs/>
          <w:sz w:val="32"/>
          <w:szCs w:val="32"/>
          <w:lang w:eastAsia="zh-CN"/>
        </w:rPr>
        <w:t>:_________________</w:t>
      </w:r>
    </w:p>
    <w:p w14:paraId="45E8BDF0" w14:textId="77777777" w:rsidR="0076779C" w:rsidRDefault="0076779C">
      <w:pPr>
        <w:rPr>
          <w:rFonts w:ascii="Times New Roman" w:eastAsiaTheme="minorEastAsia" w:hAnsi="Times New Roman" w:cs="Times New Roman"/>
          <w:sz w:val="32"/>
          <w:szCs w:val="32"/>
          <w:lang w:eastAsia="zh-CN"/>
        </w:rPr>
      </w:pPr>
    </w:p>
    <w:p w14:paraId="76B03DB8" w14:textId="77777777" w:rsidR="0076779C" w:rsidRPr="009D531F" w:rsidRDefault="0076779C">
      <w:pPr>
        <w:rPr>
          <w:rFonts w:ascii="Times New Roman" w:eastAsiaTheme="minorEastAsia" w:hAnsi="Times New Roman" w:cs="Times New Roman" w:hint="eastAsia"/>
          <w:sz w:val="32"/>
          <w:szCs w:val="32"/>
          <w:lang w:eastAsia="zh-CN"/>
        </w:rPr>
      </w:pPr>
    </w:p>
    <w:p w14:paraId="6EA753CD" w14:textId="77777777" w:rsidR="00601A92" w:rsidRPr="009D531F" w:rsidRDefault="00000000">
      <w:pPr>
        <w:rPr>
          <w:rFonts w:ascii="Times New Roman" w:eastAsiaTheme="minorEastAsia" w:hAnsi="Times New Roman" w:cs="Times New Roman"/>
          <w:sz w:val="32"/>
          <w:szCs w:val="32"/>
          <w:lang w:eastAsia="ja-JP"/>
        </w:rPr>
      </w:pPr>
      <w:r w:rsidRPr="009D531F">
        <w:rPr>
          <w:rFonts w:ascii="Times New Roman" w:eastAsiaTheme="minorEastAsia" w:hAnsi="Times New Roman" w:cs="Times New Roman"/>
          <w:sz w:val="32"/>
          <w:szCs w:val="32"/>
          <w:lang w:eastAsia="ja-JP"/>
        </w:rPr>
        <w:t>私はコンテスト規則を読み、記載された条件に同意します。</w:t>
      </w:r>
    </w:p>
    <w:p w14:paraId="2446C048" w14:textId="77777777" w:rsidR="00601A92" w:rsidRPr="009D531F" w:rsidRDefault="00601A92">
      <w:pPr>
        <w:rPr>
          <w:rFonts w:ascii="Times New Roman" w:eastAsiaTheme="minorEastAsia" w:hAnsi="Times New Roman" w:cs="Times New Roman"/>
          <w:sz w:val="32"/>
          <w:szCs w:val="32"/>
          <w:lang w:eastAsia="ja-JP"/>
        </w:rPr>
      </w:pPr>
    </w:p>
    <w:p w14:paraId="494B57B5" w14:textId="77777777" w:rsidR="00601A92" w:rsidRPr="009D531F" w:rsidRDefault="00000000">
      <w:pPr>
        <w:rPr>
          <w:rFonts w:ascii="Times New Roman" w:eastAsiaTheme="minorEastAsia" w:hAnsi="Times New Roman" w:cs="Times New Roman"/>
          <w:sz w:val="32"/>
          <w:szCs w:val="32"/>
        </w:rPr>
      </w:pPr>
      <w:r w:rsidRPr="009D531F">
        <w:rPr>
          <w:rFonts w:ascii="Times New Roman" w:eastAsiaTheme="minorEastAsia" w:hAnsi="Times New Roman" w:cs="Times New Roman"/>
          <w:sz w:val="32"/>
          <w:szCs w:val="32"/>
        </w:rPr>
        <w:t>日付：　　　　　年　　　月　　　日</w:t>
      </w:r>
    </w:p>
    <w:sectPr w:rsidR="00601A92" w:rsidRPr="009D531F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B82E" w14:textId="77777777" w:rsidR="009F621B" w:rsidRDefault="009F621B" w:rsidP="0066605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69E590B" w14:textId="77777777" w:rsidR="009F621B" w:rsidRDefault="009F621B" w:rsidP="0066605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C501" w14:textId="77777777" w:rsidR="009F621B" w:rsidRDefault="009F621B" w:rsidP="0066605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36E456C" w14:textId="77777777" w:rsidR="009F621B" w:rsidRDefault="009F621B" w:rsidP="0066605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847873">
    <w:abstractNumId w:val="8"/>
  </w:num>
  <w:num w:numId="2" w16cid:durableId="825435442">
    <w:abstractNumId w:val="6"/>
  </w:num>
  <w:num w:numId="3" w16cid:durableId="1973636586">
    <w:abstractNumId w:val="5"/>
  </w:num>
  <w:num w:numId="4" w16cid:durableId="963541048">
    <w:abstractNumId w:val="4"/>
  </w:num>
  <w:num w:numId="5" w16cid:durableId="2052070765">
    <w:abstractNumId w:val="7"/>
  </w:num>
  <w:num w:numId="6" w16cid:durableId="595479444">
    <w:abstractNumId w:val="3"/>
  </w:num>
  <w:num w:numId="7" w16cid:durableId="45377805">
    <w:abstractNumId w:val="2"/>
  </w:num>
  <w:num w:numId="8" w16cid:durableId="1204949935">
    <w:abstractNumId w:val="1"/>
  </w:num>
  <w:num w:numId="9" w16cid:durableId="143532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5B94"/>
    <w:rsid w:val="0015074B"/>
    <w:rsid w:val="00271DCE"/>
    <w:rsid w:val="0029639D"/>
    <w:rsid w:val="00326F90"/>
    <w:rsid w:val="003F50F8"/>
    <w:rsid w:val="00517ED9"/>
    <w:rsid w:val="005276DF"/>
    <w:rsid w:val="00601A92"/>
    <w:rsid w:val="00666057"/>
    <w:rsid w:val="0076779C"/>
    <w:rsid w:val="009112FF"/>
    <w:rsid w:val="009D531F"/>
    <w:rsid w:val="009F621B"/>
    <w:rsid w:val="00A76179"/>
    <w:rsid w:val="00AA1D8D"/>
    <w:rsid w:val="00AF482D"/>
    <w:rsid w:val="00B47730"/>
    <w:rsid w:val="00B50F7A"/>
    <w:rsid w:val="00C75DE7"/>
    <w:rsid w:val="00CB0664"/>
    <w:rsid w:val="00CB09CE"/>
    <w:rsid w:val="00D269E1"/>
    <w:rsid w:val="00DB6417"/>
    <w:rsid w:val="00EA00B3"/>
    <w:rsid w:val="00EF336C"/>
    <w:rsid w:val="00F25580"/>
    <w:rsid w:val="00F802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C11A39"/>
  <w14:defaultImageDpi w14:val="300"/>
  <w15:docId w15:val="{031E0050-5C21-4BA2-BA8A-ADBA26EE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300" w:lineRule="auto"/>
    </w:pPr>
    <w:rPr>
      <w:rFonts w:ascii="Yu Gothic" w:eastAsia="Yu Gothic" w:hAnsi="Yu Gothi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201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心尔 陈</cp:lastModifiedBy>
  <cp:revision>20</cp:revision>
  <dcterms:created xsi:type="dcterms:W3CDTF">2013-12-23T23:15:00Z</dcterms:created>
  <dcterms:modified xsi:type="dcterms:W3CDTF">2026-07-21T01:11:00Z</dcterms:modified>
  <cp:category/>
</cp:coreProperties>
</file>