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593F" w14:textId="77777777" w:rsidR="00967774" w:rsidRPr="001D14A8" w:rsidRDefault="00586828" w:rsidP="00527747">
      <w:pPr>
        <w:spacing w:afterAutospacing="1" w:line="240" w:lineRule="auto"/>
        <w:jc w:val="center"/>
        <w:rPr>
          <w:rFonts w:ascii="Times" w:eastAsiaTheme="minorEastAsia" w:hAnsi="Times"/>
          <w:sz w:val="32"/>
          <w:szCs w:val="32"/>
          <w:lang w:eastAsia="ja-JP"/>
        </w:rPr>
      </w:pPr>
      <w:r w:rsidRPr="001D14A8">
        <w:rPr>
          <w:rFonts w:ascii="Times" w:eastAsiaTheme="minorEastAsia" w:hAnsi="Times"/>
          <w:b/>
          <w:sz w:val="32"/>
          <w:szCs w:val="32"/>
          <w:lang w:eastAsia="ja-JP"/>
        </w:rPr>
        <w:t>「友好都市・相知記」グローバル創作コンテスト</w:t>
      </w:r>
      <w:r w:rsidRPr="001D14A8">
        <w:rPr>
          <w:rFonts w:ascii="Times" w:eastAsiaTheme="minorEastAsia" w:hAnsi="Times"/>
          <w:b/>
          <w:sz w:val="32"/>
          <w:szCs w:val="32"/>
          <w:lang w:eastAsia="ja-JP"/>
        </w:rPr>
        <w:t xml:space="preserve"> </w:t>
      </w:r>
      <w:r w:rsidRPr="001D14A8">
        <w:rPr>
          <w:rFonts w:ascii="Times" w:eastAsiaTheme="minorEastAsia" w:hAnsi="Times"/>
          <w:b/>
          <w:sz w:val="32"/>
          <w:szCs w:val="32"/>
          <w:lang w:eastAsia="ja-JP"/>
        </w:rPr>
        <w:t>作品募集中！</w:t>
      </w:r>
    </w:p>
    <w:p w14:paraId="76128533" w14:textId="77777777" w:rsidR="00967774" w:rsidRPr="009B3A8E" w:rsidRDefault="00967774" w:rsidP="009B3A8E">
      <w:pPr>
        <w:spacing w:after="0" w:line="240" w:lineRule="auto"/>
        <w:rPr>
          <w:rFonts w:asciiTheme="minorEastAsia" w:eastAsiaTheme="minorEastAsia" w:hAnsiTheme="minorEastAsia"/>
          <w:sz w:val="24"/>
          <w:szCs w:val="24"/>
          <w:lang w:eastAsia="ja-JP"/>
        </w:rPr>
      </w:pPr>
    </w:p>
    <w:p w14:paraId="18481E53" w14:textId="2B8AD2CC" w:rsidR="009B3A8E" w:rsidRPr="00527747" w:rsidRDefault="009B3A8E" w:rsidP="009B3A8E">
      <w:pPr>
        <w:spacing w:after="0" w:line="240" w:lineRule="auto"/>
        <w:rPr>
          <w:rFonts w:asciiTheme="majorEastAsia" w:eastAsiaTheme="majorEastAsia" w:hAnsiTheme="majorEastAsia"/>
          <w:sz w:val="24"/>
          <w:szCs w:val="24"/>
          <w:lang w:eastAsia="ja-JP"/>
        </w:rPr>
      </w:pPr>
      <w:r w:rsidRPr="00527747">
        <w:rPr>
          <w:rFonts w:asciiTheme="majorEastAsia" w:eastAsiaTheme="majorEastAsia" w:hAnsiTheme="majorEastAsia" w:hint="eastAsia"/>
          <w:sz w:val="24"/>
          <w:szCs w:val="24"/>
          <w:lang w:eastAsia="ja-JP"/>
        </w:rPr>
        <w:t>１．</w:t>
      </w:r>
      <w:r w:rsidR="007C51F9" w:rsidRPr="00527747">
        <w:rPr>
          <w:rFonts w:asciiTheme="majorEastAsia" w:eastAsiaTheme="majorEastAsia" w:hAnsiTheme="majorEastAsia"/>
          <w:sz w:val="24"/>
          <w:szCs w:val="24"/>
          <w:lang w:eastAsia="ja-JP"/>
        </w:rPr>
        <w:t>参加できる方</w:t>
      </w:r>
    </w:p>
    <w:p w14:paraId="5FA5B281" w14:textId="031F76DD" w:rsidR="009B3A8E" w:rsidRDefault="007C51F9" w:rsidP="009B3A8E">
      <w:pPr>
        <w:spacing w:after="0" w:line="240" w:lineRule="auto"/>
        <w:ind w:firstLineChars="100" w:firstLine="240"/>
        <w:rPr>
          <w:rFonts w:asciiTheme="minorEastAsia" w:eastAsiaTheme="minorEastAsia" w:hAnsiTheme="minorEastAsia"/>
          <w:sz w:val="24"/>
          <w:szCs w:val="24"/>
          <w:lang w:eastAsia="ja-JP"/>
        </w:rPr>
      </w:pPr>
      <w:r w:rsidRPr="009B3A8E">
        <w:rPr>
          <w:rFonts w:asciiTheme="minorEastAsia" w:eastAsiaTheme="minorEastAsia" w:hAnsiTheme="minorEastAsia" w:hint="eastAsia"/>
          <w:sz w:val="24"/>
          <w:szCs w:val="24"/>
          <w:lang w:eastAsia="ja-JP"/>
        </w:rPr>
        <w:t>市内在住</w:t>
      </w:r>
      <w:r w:rsidR="00586828" w:rsidRPr="009B3A8E">
        <w:rPr>
          <w:rFonts w:asciiTheme="minorEastAsia" w:eastAsiaTheme="minorEastAsia" w:hAnsiTheme="minorEastAsia"/>
          <w:sz w:val="24"/>
          <w:szCs w:val="24"/>
          <w:lang w:eastAsia="ja-JP"/>
        </w:rPr>
        <w:t>の児童</w:t>
      </w:r>
      <w:r w:rsidRPr="009B3A8E">
        <w:rPr>
          <w:rFonts w:asciiTheme="minorEastAsia" w:eastAsiaTheme="minorEastAsia" w:hAnsiTheme="minorEastAsia" w:hint="eastAsia"/>
          <w:sz w:val="24"/>
          <w:szCs w:val="24"/>
          <w:lang w:eastAsia="ja-JP"/>
        </w:rPr>
        <w:t>、生徒及び学生（4～20歳）</w:t>
      </w:r>
      <w:r w:rsidR="00586828" w:rsidRPr="009B3A8E">
        <w:rPr>
          <w:rFonts w:asciiTheme="minorEastAsia" w:eastAsiaTheme="minorEastAsia" w:hAnsiTheme="minorEastAsia"/>
          <w:sz w:val="24"/>
          <w:szCs w:val="24"/>
          <w:lang w:eastAsia="ja-JP"/>
        </w:rPr>
        <w:t>を対象とし、年齢により以下の</w:t>
      </w:r>
      <w:r w:rsidR="00527747">
        <w:rPr>
          <w:rFonts w:asciiTheme="minorEastAsia" w:eastAsiaTheme="minorEastAsia" w:hAnsiTheme="minorEastAsia" w:hint="eastAsia"/>
          <w:sz w:val="24"/>
          <w:szCs w:val="24"/>
          <w:lang w:eastAsia="ja-JP"/>
        </w:rPr>
        <w:t>３</w:t>
      </w:r>
      <w:r w:rsidR="00586828" w:rsidRPr="009B3A8E">
        <w:rPr>
          <w:rFonts w:asciiTheme="minorEastAsia" w:eastAsiaTheme="minorEastAsia" w:hAnsiTheme="minorEastAsia"/>
          <w:sz w:val="24"/>
          <w:szCs w:val="24"/>
          <w:lang w:eastAsia="ja-JP"/>
        </w:rPr>
        <w:t>部門に分けます。</w:t>
      </w:r>
    </w:p>
    <w:p w14:paraId="44415B36" w14:textId="77777777" w:rsidR="009B3A8E" w:rsidRPr="009B3A8E" w:rsidRDefault="009B3A8E" w:rsidP="009B3A8E">
      <w:pPr>
        <w:spacing w:after="0" w:line="240" w:lineRule="auto"/>
        <w:ind w:firstLineChars="100" w:firstLine="240"/>
        <w:rPr>
          <w:rFonts w:asciiTheme="minorEastAsia" w:eastAsiaTheme="minorEastAsia" w:hAnsiTheme="minorEastAsia"/>
          <w:sz w:val="24"/>
          <w:szCs w:val="24"/>
          <w:lang w:eastAsia="ja-JP"/>
        </w:rPr>
      </w:pPr>
    </w:p>
    <w:p w14:paraId="7889CEF9" w14:textId="21E0DB09" w:rsidR="00967774" w:rsidRPr="009B3A8E" w:rsidRDefault="007C51F9" w:rsidP="009B3A8E">
      <w:pPr>
        <w:spacing w:after="0" w:line="240" w:lineRule="auto"/>
        <w:rPr>
          <w:rFonts w:asciiTheme="minorEastAsia" w:eastAsiaTheme="minorEastAsia" w:hAnsiTheme="minorEastAsia"/>
          <w:sz w:val="24"/>
          <w:szCs w:val="24"/>
        </w:rPr>
      </w:pPr>
      <w:r w:rsidRPr="009B3A8E">
        <w:rPr>
          <w:rFonts w:asciiTheme="minorEastAsia" w:eastAsiaTheme="minorEastAsia" w:hAnsiTheme="minorEastAsia" w:hint="eastAsia"/>
          <w:sz w:val="24"/>
          <w:szCs w:val="24"/>
          <w:lang w:eastAsia="ja-JP"/>
        </w:rPr>
        <w:t>①</w:t>
      </w:r>
      <w:r w:rsidR="00FE0EE9" w:rsidRPr="009B3A8E">
        <w:rPr>
          <w:rFonts w:asciiTheme="minorEastAsia" w:eastAsiaTheme="minorEastAsia" w:hAnsiTheme="minorEastAsia"/>
          <w:sz w:val="24"/>
          <w:szCs w:val="24"/>
        </w:rPr>
        <w:t>幼児部門（4〜8歳）</w:t>
      </w:r>
      <w:r w:rsidRPr="009B3A8E">
        <w:rPr>
          <w:rFonts w:asciiTheme="minorEastAsia" w:eastAsiaTheme="minorEastAsia" w:hAnsiTheme="minorEastAsia" w:hint="eastAsia"/>
          <w:sz w:val="24"/>
          <w:szCs w:val="24"/>
          <w:lang w:eastAsia="ja-JP"/>
        </w:rPr>
        <w:t>、②</w:t>
      </w:r>
      <w:r w:rsidR="00FE0EE9" w:rsidRPr="009B3A8E">
        <w:rPr>
          <w:rFonts w:asciiTheme="minorEastAsia" w:eastAsiaTheme="minorEastAsia" w:hAnsiTheme="minorEastAsia"/>
          <w:sz w:val="24"/>
          <w:szCs w:val="24"/>
        </w:rPr>
        <w:t>児童部門（9〜13歳）</w:t>
      </w:r>
    </w:p>
    <w:p w14:paraId="07F4CECD" w14:textId="6C69C847" w:rsidR="00967774" w:rsidRPr="009B3A8E" w:rsidRDefault="00586828" w:rsidP="009B3A8E">
      <w:pPr>
        <w:spacing w:after="0" w:line="240" w:lineRule="auto"/>
        <w:ind w:firstLineChars="100" w:firstLine="240"/>
        <w:rPr>
          <w:rFonts w:asciiTheme="minorEastAsia" w:eastAsiaTheme="minorEastAsia" w:hAnsiTheme="minorEastAsia"/>
          <w:sz w:val="24"/>
          <w:szCs w:val="24"/>
          <w:lang w:eastAsia="ja-JP"/>
        </w:rPr>
      </w:pPr>
      <w:r w:rsidRPr="009B3A8E">
        <w:rPr>
          <w:rFonts w:asciiTheme="minorEastAsia" w:eastAsiaTheme="minorEastAsia" w:hAnsiTheme="minorEastAsia"/>
          <w:sz w:val="24"/>
          <w:szCs w:val="24"/>
          <w:lang w:eastAsia="ja-JP"/>
        </w:rPr>
        <w:t>創作分野：絵画</w:t>
      </w:r>
      <w:r w:rsidR="007C51F9" w:rsidRPr="009B3A8E">
        <w:rPr>
          <w:rFonts w:asciiTheme="minorEastAsia" w:eastAsiaTheme="minorEastAsia" w:hAnsiTheme="minorEastAsia" w:hint="eastAsia"/>
          <w:sz w:val="24"/>
          <w:szCs w:val="24"/>
          <w:lang w:eastAsia="ja-JP"/>
        </w:rPr>
        <w:t>（</w:t>
      </w:r>
      <w:r w:rsidRPr="009B3A8E">
        <w:rPr>
          <w:rFonts w:asciiTheme="minorEastAsia" w:eastAsiaTheme="minorEastAsia" w:hAnsiTheme="minorEastAsia"/>
          <w:sz w:val="24"/>
          <w:szCs w:val="24"/>
          <w:lang w:eastAsia="ja-JP"/>
        </w:rPr>
        <w:t>素描、油彩、水彩、水墨画等</w:t>
      </w:r>
      <w:r w:rsidR="007C51F9" w:rsidRPr="009B3A8E">
        <w:rPr>
          <w:rFonts w:asciiTheme="minorEastAsia" w:eastAsiaTheme="minorEastAsia" w:hAnsiTheme="minorEastAsia" w:hint="eastAsia"/>
          <w:sz w:val="24"/>
          <w:szCs w:val="24"/>
          <w:lang w:eastAsia="ja-JP"/>
        </w:rPr>
        <w:t>）</w:t>
      </w:r>
    </w:p>
    <w:p w14:paraId="55AE52F5" w14:textId="788F0538" w:rsidR="00967774" w:rsidRDefault="00586828" w:rsidP="009B3A8E">
      <w:pPr>
        <w:spacing w:after="0" w:line="240" w:lineRule="auto"/>
        <w:ind w:firstLineChars="100" w:firstLine="240"/>
        <w:rPr>
          <w:rFonts w:asciiTheme="minorEastAsia" w:eastAsiaTheme="minorEastAsia" w:hAnsiTheme="minorEastAsia"/>
          <w:sz w:val="24"/>
          <w:szCs w:val="24"/>
          <w:lang w:eastAsia="ja-JP"/>
        </w:rPr>
      </w:pPr>
      <w:r w:rsidRPr="009B3A8E">
        <w:rPr>
          <w:rFonts w:asciiTheme="minorEastAsia" w:eastAsiaTheme="minorEastAsia" w:hAnsiTheme="minorEastAsia"/>
          <w:sz w:val="24"/>
          <w:szCs w:val="24"/>
          <w:lang w:eastAsia="ja-JP"/>
        </w:rPr>
        <w:t>自由な子どもらしい発想と筆づかいで、あなたの心にある蘇州と</w:t>
      </w:r>
      <w:r w:rsidR="007C51F9" w:rsidRPr="009B3A8E">
        <w:rPr>
          <w:rFonts w:asciiTheme="minorEastAsia" w:eastAsiaTheme="minorEastAsia" w:hAnsiTheme="minorEastAsia" w:hint="eastAsia"/>
          <w:sz w:val="24"/>
          <w:szCs w:val="24"/>
          <w:lang w:eastAsia="ja-JP"/>
        </w:rPr>
        <w:t>薩摩川内市</w:t>
      </w:r>
      <w:r w:rsidRPr="009B3A8E">
        <w:rPr>
          <w:rFonts w:asciiTheme="minorEastAsia" w:eastAsiaTheme="minorEastAsia" w:hAnsiTheme="minorEastAsia"/>
          <w:sz w:val="24"/>
          <w:szCs w:val="24"/>
          <w:lang w:eastAsia="ja-JP"/>
        </w:rPr>
        <w:t>を描いてください。両地域の特色ある建築でも、独自の風土や人々の暮らしでも構いません。あなたの目には、友情は何色に映るでしょうか。</w:t>
      </w:r>
    </w:p>
    <w:p w14:paraId="4AB751E6" w14:textId="77777777" w:rsidR="009B3A8E" w:rsidRPr="009B3A8E" w:rsidRDefault="009B3A8E" w:rsidP="009B3A8E">
      <w:pPr>
        <w:spacing w:after="0" w:line="240" w:lineRule="auto"/>
        <w:ind w:firstLineChars="100" w:firstLine="240"/>
        <w:rPr>
          <w:rFonts w:asciiTheme="minorEastAsia" w:eastAsiaTheme="minorEastAsia" w:hAnsiTheme="minorEastAsia"/>
          <w:sz w:val="24"/>
          <w:szCs w:val="24"/>
          <w:lang w:eastAsia="ja-JP"/>
        </w:rPr>
      </w:pPr>
    </w:p>
    <w:p w14:paraId="1BB15B98" w14:textId="4D5516A6" w:rsidR="00967774" w:rsidRPr="009B3A8E" w:rsidRDefault="007C51F9" w:rsidP="009B3A8E">
      <w:pPr>
        <w:spacing w:after="0" w:line="240" w:lineRule="auto"/>
        <w:rPr>
          <w:rFonts w:asciiTheme="minorEastAsia" w:eastAsiaTheme="minorEastAsia" w:hAnsiTheme="minorEastAsia"/>
          <w:sz w:val="24"/>
          <w:szCs w:val="24"/>
          <w:lang w:eastAsia="ja-JP"/>
        </w:rPr>
      </w:pPr>
      <w:r w:rsidRPr="009B3A8E">
        <w:rPr>
          <w:rFonts w:asciiTheme="minorEastAsia" w:eastAsiaTheme="minorEastAsia" w:hAnsiTheme="minorEastAsia" w:hint="eastAsia"/>
          <w:sz w:val="24"/>
          <w:szCs w:val="24"/>
          <w:lang w:eastAsia="ja-JP"/>
        </w:rPr>
        <w:t>③</w:t>
      </w:r>
      <w:r w:rsidR="00DD2672" w:rsidRPr="009B3A8E">
        <w:rPr>
          <w:rFonts w:asciiTheme="minorEastAsia" w:eastAsiaTheme="minorEastAsia" w:hAnsiTheme="minorEastAsia"/>
          <w:sz w:val="24"/>
          <w:szCs w:val="24"/>
          <w:lang w:eastAsia="ja-JP"/>
        </w:rPr>
        <w:t>青少年部門（14〜20歳）</w:t>
      </w:r>
    </w:p>
    <w:p w14:paraId="520E7B60" w14:textId="72FCD8DD" w:rsidR="00967774" w:rsidRPr="009B3A8E" w:rsidRDefault="00586828" w:rsidP="009B3A8E">
      <w:pPr>
        <w:spacing w:after="0" w:line="240" w:lineRule="auto"/>
        <w:ind w:firstLineChars="100" w:firstLine="240"/>
        <w:rPr>
          <w:rFonts w:asciiTheme="minorEastAsia" w:eastAsiaTheme="minorEastAsia" w:hAnsiTheme="minorEastAsia"/>
          <w:sz w:val="24"/>
          <w:szCs w:val="24"/>
          <w:lang w:eastAsia="ja-JP"/>
        </w:rPr>
      </w:pPr>
      <w:r w:rsidRPr="009B3A8E">
        <w:rPr>
          <w:rFonts w:asciiTheme="minorEastAsia" w:eastAsiaTheme="minorEastAsia" w:hAnsiTheme="minorEastAsia"/>
          <w:sz w:val="24"/>
          <w:szCs w:val="24"/>
          <w:lang w:eastAsia="ja-JP"/>
        </w:rPr>
        <w:t>創作分野：文化創意デザイン</w:t>
      </w:r>
      <w:r w:rsidR="007C51F9" w:rsidRPr="009B3A8E">
        <w:rPr>
          <w:rFonts w:asciiTheme="minorEastAsia" w:eastAsiaTheme="minorEastAsia" w:hAnsiTheme="minorEastAsia" w:hint="eastAsia"/>
          <w:sz w:val="24"/>
          <w:szCs w:val="24"/>
          <w:lang w:eastAsia="ja-JP"/>
        </w:rPr>
        <w:t>図</w:t>
      </w:r>
      <w:r w:rsidR="007C51F9" w:rsidRPr="009B3A8E">
        <w:rPr>
          <w:rFonts w:asciiTheme="minorEastAsia" w:eastAsiaTheme="minorEastAsia" w:hAnsiTheme="minorEastAsia"/>
          <w:sz w:val="24"/>
          <w:szCs w:val="24"/>
          <w:lang w:eastAsia="ja-JP"/>
        </w:rPr>
        <w:t>（文房具、バッジ、IPキャラクターのデザイン等）</w:t>
      </w:r>
    </w:p>
    <w:p w14:paraId="109FE3ED" w14:textId="691889AC" w:rsidR="00967774" w:rsidRPr="009B3A8E" w:rsidRDefault="00586828" w:rsidP="009B3A8E">
      <w:pPr>
        <w:spacing w:after="0" w:line="240" w:lineRule="auto"/>
        <w:ind w:firstLineChars="100" w:firstLine="240"/>
        <w:rPr>
          <w:rFonts w:asciiTheme="minorEastAsia" w:eastAsiaTheme="minorEastAsia" w:hAnsiTheme="minorEastAsia"/>
          <w:sz w:val="24"/>
          <w:szCs w:val="24"/>
          <w:lang w:eastAsia="ja-JP"/>
        </w:rPr>
      </w:pPr>
      <w:r w:rsidRPr="009B3A8E">
        <w:rPr>
          <w:rFonts w:asciiTheme="minorEastAsia" w:eastAsiaTheme="minorEastAsia" w:hAnsiTheme="minorEastAsia"/>
          <w:sz w:val="24"/>
          <w:szCs w:val="24"/>
          <w:lang w:eastAsia="ja-JP"/>
        </w:rPr>
        <w:t>文化的シンボルと友好交流の実践を踏まえ、デザインの才能を発揮してください。作品には平和・友情・共創の理念を取り入れ、美しさ、創造性、実用性を兼ね備えるものとします。専門的なデザイン言語で、心を動かす友好都市の物語を表現してください。</w:t>
      </w:r>
    </w:p>
    <w:p w14:paraId="71B4B2DC" w14:textId="77777777" w:rsidR="009B3A8E" w:rsidRPr="009B3A8E" w:rsidRDefault="009B3A8E" w:rsidP="009B3A8E">
      <w:pPr>
        <w:spacing w:after="0" w:line="240" w:lineRule="auto"/>
        <w:rPr>
          <w:rFonts w:asciiTheme="minorEastAsia" w:eastAsiaTheme="minorEastAsia" w:hAnsiTheme="minorEastAsia"/>
          <w:sz w:val="24"/>
          <w:szCs w:val="24"/>
          <w:lang w:eastAsia="ja-JP"/>
        </w:rPr>
      </w:pPr>
    </w:p>
    <w:p w14:paraId="6E9857B8" w14:textId="77777777" w:rsidR="009B3A8E" w:rsidRPr="00527747" w:rsidRDefault="009B3A8E" w:rsidP="009B3A8E">
      <w:pPr>
        <w:spacing w:after="0" w:line="240" w:lineRule="auto"/>
        <w:rPr>
          <w:rFonts w:asciiTheme="majorEastAsia" w:eastAsiaTheme="majorEastAsia" w:hAnsiTheme="majorEastAsia"/>
          <w:sz w:val="24"/>
          <w:szCs w:val="24"/>
          <w:lang w:eastAsia="ja-JP"/>
        </w:rPr>
      </w:pPr>
      <w:r w:rsidRPr="00527747">
        <w:rPr>
          <w:rFonts w:asciiTheme="majorEastAsia" w:eastAsiaTheme="majorEastAsia" w:hAnsiTheme="majorEastAsia" w:hint="eastAsia"/>
          <w:sz w:val="24"/>
          <w:szCs w:val="24"/>
          <w:lang w:eastAsia="ja-JP"/>
        </w:rPr>
        <w:t>２．</w:t>
      </w:r>
      <w:r w:rsidR="007C51F9" w:rsidRPr="00527747">
        <w:rPr>
          <w:rFonts w:asciiTheme="majorEastAsia" w:eastAsiaTheme="majorEastAsia" w:hAnsiTheme="majorEastAsia" w:hint="eastAsia"/>
          <w:sz w:val="24"/>
          <w:szCs w:val="24"/>
          <w:lang w:eastAsia="ja-JP"/>
        </w:rPr>
        <w:t>審査結果</w:t>
      </w:r>
    </w:p>
    <w:p w14:paraId="77949B73" w14:textId="76852C1F" w:rsidR="00EE5599" w:rsidRDefault="00933032" w:rsidP="009B3A8E">
      <w:pPr>
        <w:spacing w:after="0" w:line="240" w:lineRule="auto"/>
        <w:ind w:firstLineChars="100" w:firstLine="240"/>
        <w:rPr>
          <w:rFonts w:asciiTheme="minorEastAsia" w:eastAsiaTheme="minorEastAsia" w:hAnsiTheme="minorEastAsia"/>
          <w:sz w:val="24"/>
          <w:szCs w:val="24"/>
          <w:lang w:eastAsia="ja-JP"/>
        </w:rPr>
      </w:pPr>
      <w:r>
        <w:rPr>
          <w:rFonts w:asciiTheme="minorEastAsia" w:eastAsiaTheme="minorEastAsia" w:hAnsiTheme="minorEastAsia" w:hint="eastAsia"/>
          <w:sz w:val="24"/>
          <w:szCs w:val="24"/>
          <w:lang w:eastAsia="ja-JP"/>
        </w:rPr>
        <w:t>結果は、9月下旬に発表され、</w:t>
      </w:r>
      <w:r w:rsidR="00586828" w:rsidRPr="009B3A8E">
        <w:rPr>
          <w:rFonts w:asciiTheme="minorEastAsia" w:eastAsiaTheme="minorEastAsia" w:hAnsiTheme="minorEastAsia"/>
          <w:sz w:val="24"/>
          <w:szCs w:val="24"/>
          <w:lang w:eastAsia="ja-JP"/>
        </w:rPr>
        <w:t>金賞作品は2027年の蘇州国際友好都市新年カードとして制作され</w:t>
      </w:r>
      <w:r w:rsidR="009B3A8E">
        <w:rPr>
          <w:rFonts w:asciiTheme="minorEastAsia" w:eastAsiaTheme="minorEastAsia" w:hAnsiTheme="minorEastAsia" w:hint="eastAsia"/>
          <w:sz w:val="24"/>
          <w:szCs w:val="24"/>
          <w:lang w:eastAsia="ja-JP"/>
        </w:rPr>
        <w:t>、世界各国の</w:t>
      </w:r>
      <w:r w:rsidR="00586828" w:rsidRPr="009B3A8E">
        <w:rPr>
          <w:rFonts w:asciiTheme="minorEastAsia" w:eastAsiaTheme="minorEastAsia" w:hAnsiTheme="minorEastAsia"/>
          <w:sz w:val="24"/>
          <w:szCs w:val="24"/>
          <w:lang w:eastAsia="ja-JP"/>
        </w:rPr>
        <w:t>友好都市へ届けられます。</w:t>
      </w:r>
    </w:p>
    <w:p w14:paraId="47D8E3C3" w14:textId="77777777" w:rsidR="009B3A8E" w:rsidRPr="009B3A8E" w:rsidRDefault="009B3A8E" w:rsidP="009B3A8E">
      <w:pPr>
        <w:spacing w:after="0" w:line="240" w:lineRule="auto"/>
        <w:rPr>
          <w:rFonts w:asciiTheme="minorEastAsia" w:eastAsiaTheme="minorEastAsia" w:hAnsiTheme="minorEastAsia"/>
          <w:sz w:val="24"/>
          <w:szCs w:val="24"/>
          <w:lang w:eastAsia="ja-JP"/>
        </w:rPr>
      </w:pPr>
    </w:p>
    <w:p w14:paraId="7DA2CD7B" w14:textId="1191871B" w:rsidR="009B3A8E" w:rsidRDefault="009B3A8E" w:rsidP="009B3A8E">
      <w:pPr>
        <w:spacing w:after="0" w:line="240" w:lineRule="auto"/>
        <w:rPr>
          <w:rFonts w:asciiTheme="minorEastAsia" w:eastAsiaTheme="minorEastAsia" w:hAnsiTheme="minorEastAsia"/>
          <w:sz w:val="24"/>
          <w:szCs w:val="24"/>
          <w:lang w:eastAsia="ja-JP"/>
        </w:rPr>
      </w:pPr>
      <w:r w:rsidRPr="00527747">
        <w:rPr>
          <w:rFonts w:asciiTheme="majorEastAsia" w:eastAsiaTheme="majorEastAsia" w:hAnsiTheme="majorEastAsia" w:hint="eastAsia"/>
          <w:sz w:val="24"/>
          <w:szCs w:val="24"/>
          <w:lang w:eastAsia="ja-JP"/>
        </w:rPr>
        <w:t>３．</w:t>
      </w:r>
      <w:r w:rsidRPr="00527747">
        <w:rPr>
          <w:rFonts w:asciiTheme="majorEastAsia" w:eastAsiaTheme="majorEastAsia" w:hAnsiTheme="majorEastAsia"/>
          <w:sz w:val="24"/>
          <w:szCs w:val="24"/>
          <w:lang w:eastAsia="ja-JP"/>
        </w:rPr>
        <w:t>応募期間</w:t>
      </w:r>
      <w:r>
        <w:rPr>
          <w:rFonts w:asciiTheme="minorEastAsia" w:eastAsiaTheme="minorEastAsia" w:hAnsiTheme="minorEastAsia" w:hint="eastAsia"/>
          <w:sz w:val="24"/>
          <w:szCs w:val="24"/>
          <w:lang w:eastAsia="ja-JP"/>
        </w:rPr>
        <w:t xml:space="preserve">　　</w:t>
      </w:r>
      <w:r w:rsidRPr="009B3A8E">
        <w:rPr>
          <w:rFonts w:asciiTheme="minorEastAsia" w:eastAsiaTheme="minorEastAsia" w:hAnsiTheme="minorEastAsia"/>
          <w:sz w:val="24"/>
          <w:szCs w:val="24"/>
          <w:lang w:eastAsia="ja-JP"/>
        </w:rPr>
        <w:t>即日から</w:t>
      </w:r>
      <w:r w:rsidRPr="009B3A8E">
        <w:rPr>
          <w:rFonts w:asciiTheme="minorEastAsia" w:eastAsiaTheme="minorEastAsia" w:hAnsiTheme="minorEastAsia" w:hint="eastAsia"/>
          <w:sz w:val="24"/>
          <w:szCs w:val="24"/>
          <w:u w:val="single"/>
          <w:lang w:eastAsia="ja-JP"/>
        </w:rPr>
        <w:t>8</w:t>
      </w:r>
      <w:r w:rsidRPr="009B3A8E">
        <w:rPr>
          <w:rFonts w:asciiTheme="minorEastAsia" w:eastAsiaTheme="minorEastAsia" w:hAnsiTheme="minorEastAsia"/>
          <w:sz w:val="24"/>
          <w:szCs w:val="24"/>
          <w:u w:val="single"/>
          <w:lang w:eastAsia="ja-JP"/>
        </w:rPr>
        <w:t>月</w:t>
      </w:r>
      <w:r w:rsidRPr="009B3A8E">
        <w:rPr>
          <w:rFonts w:asciiTheme="minorEastAsia" w:eastAsiaTheme="minorEastAsia" w:hAnsiTheme="minorEastAsia" w:hint="eastAsia"/>
          <w:sz w:val="24"/>
          <w:szCs w:val="24"/>
          <w:u w:val="single"/>
          <w:lang w:eastAsia="ja-JP"/>
        </w:rPr>
        <w:t>27</w:t>
      </w:r>
      <w:r w:rsidRPr="009B3A8E">
        <w:rPr>
          <w:rFonts w:asciiTheme="minorEastAsia" w:eastAsiaTheme="minorEastAsia" w:hAnsiTheme="minorEastAsia"/>
          <w:sz w:val="24"/>
          <w:szCs w:val="24"/>
          <w:u w:val="single"/>
          <w:lang w:eastAsia="ja-JP"/>
        </w:rPr>
        <w:t>日</w:t>
      </w:r>
      <w:r w:rsidRPr="009B3A8E">
        <w:rPr>
          <w:rFonts w:asciiTheme="minorEastAsia" w:eastAsiaTheme="minorEastAsia" w:hAnsiTheme="minorEastAsia" w:hint="eastAsia"/>
          <w:sz w:val="24"/>
          <w:szCs w:val="24"/>
          <w:u w:val="single"/>
          <w:lang w:eastAsia="ja-JP"/>
        </w:rPr>
        <w:t>（木）</w:t>
      </w:r>
      <w:r w:rsidRPr="009B3A8E">
        <w:rPr>
          <w:rFonts w:asciiTheme="minorEastAsia" w:eastAsiaTheme="minorEastAsia" w:hAnsiTheme="minorEastAsia"/>
          <w:sz w:val="24"/>
          <w:szCs w:val="24"/>
          <w:lang w:eastAsia="ja-JP"/>
        </w:rPr>
        <w:t>まで</w:t>
      </w:r>
    </w:p>
    <w:p w14:paraId="375A4A56" w14:textId="77777777" w:rsidR="009B3A8E" w:rsidRDefault="009B3A8E" w:rsidP="009B3A8E">
      <w:pPr>
        <w:spacing w:after="0" w:line="240" w:lineRule="auto"/>
        <w:rPr>
          <w:rFonts w:asciiTheme="minorEastAsia" w:eastAsiaTheme="minorEastAsia" w:hAnsiTheme="minorEastAsia"/>
          <w:sz w:val="24"/>
          <w:szCs w:val="24"/>
          <w:lang w:eastAsia="ja-JP"/>
        </w:rPr>
      </w:pPr>
    </w:p>
    <w:p w14:paraId="7D0F30D8" w14:textId="40756857" w:rsidR="007C51F9" w:rsidRPr="009B3A8E" w:rsidRDefault="009B3A8E" w:rsidP="00527747">
      <w:pPr>
        <w:spacing w:after="0" w:line="240" w:lineRule="auto"/>
        <w:rPr>
          <w:rFonts w:asciiTheme="minorEastAsia" w:eastAsiaTheme="minorEastAsia" w:hAnsiTheme="minorEastAsia"/>
          <w:sz w:val="24"/>
          <w:szCs w:val="24"/>
          <w:lang w:eastAsia="ja-JP"/>
        </w:rPr>
      </w:pPr>
      <w:r w:rsidRPr="00527747">
        <w:rPr>
          <w:rFonts w:asciiTheme="majorEastAsia" w:eastAsiaTheme="majorEastAsia" w:hAnsiTheme="majorEastAsia" w:hint="eastAsia"/>
          <w:sz w:val="24"/>
          <w:szCs w:val="24"/>
          <w:lang w:eastAsia="ja-JP"/>
        </w:rPr>
        <w:t>４．</w:t>
      </w:r>
      <w:r w:rsidR="007C51F9" w:rsidRPr="00527747">
        <w:rPr>
          <w:rFonts w:asciiTheme="majorEastAsia" w:eastAsiaTheme="majorEastAsia" w:hAnsiTheme="majorEastAsia"/>
          <w:sz w:val="24"/>
          <w:szCs w:val="24"/>
          <w:lang w:eastAsia="ja-JP"/>
        </w:rPr>
        <w:t>応募方法</w:t>
      </w:r>
      <w:r w:rsidR="00527747">
        <w:rPr>
          <w:rFonts w:asciiTheme="minorEastAsia" w:eastAsiaTheme="minorEastAsia" w:hAnsiTheme="minorEastAsia" w:hint="eastAsia"/>
          <w:sz w:val="24"/>
          <w:szCs w:val="24"/>
          <w:lang w:eastAsia="ja-JP"/>
        </w:rPr>
        <w:t xml:space="preserve">　　</w:t>
      </w:r>
      <w:r w:rsidRPr="009B3A8E">
        <w:rPr>
          <w:rFonts w:asciiTheme="minorEastAsia" w:eastAsiaTheme="minorEastAsia" w:hAnsiTheme="minorEastAsia" w:hint="eastAsia"/>
          <w:sz w:val="24"/>
          <w:szCs w:val="24"/>
          <w:lang w:eastAsia="ja-JP"/>
        </w:rPr>
        <w:t>応募作品は、</w:t>
      </w:r>
      <w:r w:rsidR="007C51F9" w:rsidRPr="009B3A8E">
        <w:rPr>
          <w:rFonts w:asciiTheme="minorEastAsia" w:eastAsiaTheme="minorEastAsia" w:hAnsiTheme="minorEastAsia" w:hint="eastAsia"/>
          <w:sz w:val="24"/>
          <w:szCs w:val="24"/>
          <w:lang w:eastAsia="ja-JP"/>
        </w:rPr>
        <w:t>次のいずれかの方法でご応募ください。</w:t>
      </w:r>
    </w:p>
    <w:p w14:paraId="3B01C5D3" w14:textId="77777777" w:rsidR="009B3A8E" w:rsidRDefault="007C51F9" w:rsidP="009B3A8E">
      <w:pPr>
        <w:widowControl w:val="0"/>
        <w:spacing w:after="0" w:line="240" w:lineRule="auto"/>
        <w:ind w:firstLineChars="100" w:firstLine="240"/>
        <w:rPr>
          <w:rFonts w:asciiTheme="minorEastAsia" w:eastAsiaTheme="minorEastAsia" w:hAnsiTheme="minorEastAsia"/>
          <w:sz w:val="24"/>
          <w:szCs w:val="24"/>
          <w:lang w:eastAsia="ja-JP"/>
        </w:rPr>
      </w:pPr>
      <w:r w:rsidRPr="009B3A8E">
        <w:rPr>
          <w:rFonts w:asciiTheme="minorEastAsia" w:eastAsiaTheme="minorEastAsia" w:hAnsiTheme="minorEastAsia" w:hint="eastAsia"/>
          <w:sz w:val="24"/>
          <w:szCs w:val="24"/>
          <w:lang w:eastAsia="ja-JP"/>
        </w:rPr>
        <w:t>①</w:t>
      </w:r>
      <w:r w:rsidRPr="009B3A8E">
        <w:rPr>
          <w:rFonts w:asciiTheme="minorEastAsia" w:eastAsiaTheme="minorEastAsia" w:hAnsiTheme="minorEastAsia"/>
          <w:sz w:val="24"/>
          <w:szCs w:val="24"/>
          <w:lang w:eastAsia="ja-JP"/>
        </w:rPr>
        <w:t xml:space="preserve"> </w:t>
      </w:r>
      <w:r w:rsidRPr="009B3A8E">
        <w:rPr>
          <w:rFonts w:asciiTheme="minorEastAsia" w:eastAsiaTheme="minorEastAsia" w:hAnsiTheme="minorEastAsia" w:hint="eastAsia"/>
          <w:sz w:val="24"/>
          <w:szCs w:val="24"/>
          <w:lang w:eastAsia="ja-JP"/>
        </w:rPr>
        <w:t>電子データで応募する場合</w:t>
      </w:r>
    </w:p>
    <w:p w14:paraId="0F537288" w14:textId="77777777" w:rsidR="009B3A8E" w:rsidRDefault="007C51F9" w:rsidP="009B3A8E">
      <w:pPr>
        <w:widowControl w:val="0"/>
        <w:spacing w:after="0" w:line="240" w:lineRule="auto"/>
        <w:ind w:leftChars="202" w:left="424" w:firstLineChars="100" w:firstLine="240"/>
        <w:rPr>
          <w:rFonts w:asciiTheme="minorEastAsia" w:eastAsiaTheme="minorEastAsia" w:hAnsiTheme="minorEastAsia"/>
          <w:sz w:val="24"/>
          <w:szCs w:val="24"/>
          <w:lang w:eastAsia="ja-JP"/>
        </w:rPr>
      </w:pPr>
      <w:r w:rsidRPr="009B3A8E">
        <w:rPr>
          <w:rFonts w:asciiTheme="minorEastAsia" w:eastAsiaTheme="minorEastAsia" w:hAnsiTheme="minorEastAsia" w:hint="eastAsia"/>
          <w:sz w:val="24"/>
          <w:szCs w:val="24"/>
          <w:lang w:eastAsia="ja-JP"/>
        </w:rPr>
        <w:t>作品データ（高画質写真またはスキャンデータ）と申込書を添付し、下記メールアドレスへ送付してください。</w:t>
      </w:r>
    </w:p>
    <w:p w14:paraId="010BA6DB" w14:textId="77777777" w:rsidR="009B3A8E" w:rsidRDefault="009B3A8E" w:rsidP="009B3A8E">
      <w:pPr>
        <w:widowControl w:val="0"/>
        <w:spacing w:after="0" w:line="240" w:lineRule="auto"/>
        <w:ind w:leftChars="67" w:left="141" w:firstLineChars="100" w:firstLine="240"/>
        <w:rPr>
          <w:rFonts w:asciiTheme="minorEastAsia" w:eastAsiaTheme="minorEastAsia" w:hAnsiTheme="minorEastAsia"/>
          <w:sz w:val="24"/>
          <w:szCs w:val="24"/>
          <w:lang w:eastAsia="ja-JP"/>
        </w:rPr>
      </w:pPr>
      <w:r>
        <w:rPr>
          <w:rFonts w:asciiTheme="minorEastAsia" w:eastAsiaTheme="minorEastAsia" w:hAnsiTheme="minorEastAsia" w:hint="eastAsia"/>
          <w:sz w:val="24"/>
          <w:szCs w:val="24"/>
          <w:lang w:eastAsia="ja-JP"/>
        </w:rPr>
        <w:t>・</w:t>
      </w:r>
      <w:r w:rsidR="007C51F9" w:rsidRPr="009B3A8E">
        <w:rPr>
          <w:rFonts w:asciiTheme="minorEastAsia" w:eastAsiaTheme="minorEastAsia" w:hAnsiTheme="minorEastAsia" w:hint="eastAsia"/>
          <w:sz w:val="24"/>
          <w:szCs w:val="24"/>
          <w:lang w:eastAsia="ja-JP"/>
        </w:rPr>
        <w:t>メール件名：【友城相知記＋部門＋氏名＋作品名】</w:t>
      </w:r>
    </w:p>
    <w:p w14:paraId="30D9F1CE" w14:textId="0F41474F" w:rsidR="007C51F9" w:rsidRPr="009B3A8E" w:rsidRDefault="009B3A8E" w:rsidP="009B3A8E">
      <w:pPr>
        <w:widowControl w:val="0"/>
        <w:spacing w:after="0" w:line="240" w:lineRule="auto"/>
        <w:ind w:leftChars="67" w:left="141" w:firstLineChars="100" w:firstLine="240"/>
        <w:rPr>
          <w:rFonts w:asciiTheme="minorEastAsia" w:eastAsiaTheme="minorEastAsia" w:hAnsiTheme="minorEastAsia"/>
          <w:sz w:val="24"/>
          <w:szCs w:val="24"/>
          <w:lang w:eastAsia="ja-JP"/>
        </w:rPr>
      </w:pPr>
      <w:r>
        <w:rPr>
          <w:rFonts w:asciiTheme="minorEastAsia" w:eastAsiaTheme="minorEastAsia" w:hAnsiTheme="minorEastAsia" w:hint="eastAsia"/>
          <w:sz w:val="24"/>
          <w:szCs w:val="24"/>
          <w:lang w:eastAsia="ja-JP"/>
        </w:rPr>
        <w:t>・</w:t>
      </w:r>
      <w:r w:rsidR="007C51F9" w:rsidRPr="009B3A8E">
        <w:rPr>
          <w:rFonts w:asciiTheme="minorEastAsia" w:eastAsiaTheme="minorEastAsia" w:hAnsiTheme="minorEastAsia" w:hint="eastAsia"/>
          <w:sz w:val="24"/>
          <w:szCs w:val="24"/>
          <w:lang w:eastAsia="ja-JP"/>
        </w:rPr>
        <w:t>送</w:t>
      </w:r>
      <w:r>
        <w:rPr>
          <w:rFonts w:asciiTheme="minorEastAsia" w:eastAsiaTheme="minorEastAsia" w:hAnsiTheme="minorEastAsia" w:hint="eastAsia"/>
          <w:sz w:val="24"/>
          <w:szCs w:val="24"/>
          <w:lang w:eastAsia="ja-JP"/>
        </w:rPr>
        <w:t xml:space="preserve">　</w:t>
      </w:r>
      <w:r w:rsidR="007C51F9" w:rsidRPr="009B3A8E">
        <w:rPr>
          <w:rFonts w:asciiTheme="minorEastAsia" w:eastAsiaTheme="minorEastAsia" w:hAnsiTheme="minorEastAsia" w:hint="eastAsia"/>
          <w:sz w:val="24"/>
          <w:szCs w:val="24"/>
          <w:lang w:eastAsia="ja-JP"/>
        </w:rPr>
        <w:t>付</w:t>
      </w:r>
      <w:r>
        <w:rPr>
          <w:rFonts w:asciiTheme="minorEastAsia" w:eastAsiaTheme="minorEastAsia" w:hAnsiTheme="minorEastAsia" w:hint="eastAsia"/>
          <w:sz w:val="24"/>
          <w:szCs w:val="24"/>
          <w:lang w:eastAsia="ja-JP"/>
        </w:rPr>
        <w:t xml:space="preserve">　</w:t>
      </w:r>
      <w:r w:rsidR="007C51F9" w:rsidRPr="009B3A8E">
        <w:rPr>
          <w:rFonts w:asciiTheme="minorEastAsia" w:eastAsiaTheme="minorEastAsia" w:hAnsiTheme="minorEastAsia" w:hint="eastAsia"/>
          <w:sz w:val="24"/>
          <w:szCs w:val="24"/>
          <w:lang w:eastAsia="ja-JP"/>
        </w:rPr>
        <w:t>先：</w:t>
      </w:r>
      <w:r w:rsidR="007C51F9" w:rsidRPr="009B3A8E">
        <w:rPr>
          <w:rFonts w:asciiTheme="minorEastAsia" w:eastAsiaTheme="minorEastAsia" w:hAnsiTheme="minorEastAsia"/>
          <w:sz w:val="24"/>
          <w:szCs w:val="24"/>
          <w:lang w:eastAsia="ja-JP"/>
        </w:rPr>
        <w:t>global</w:t>
      </w:r>
      <w:r w:rsidR="007C51F9" w:rsidRPr="009B3A8E">
        <w:rPr>
          <w:rFonts w:asciiTheme="minorEastAsia" w:eastAsiaTheme="minorEastAsia" w:hAnsiTheme="minorEastAsia" w:hint="eastAsia"/>
          <w:sz w:val="24"/>
          <w:szCs w:val="24"/>
          <w:lang w:eastAsia="ja-JP"/>
        </w:rPr>
        <w:t>＠</w:t>
      </w:r>
      <w:r w:rsidR="007C51F9" w:rsidRPr="009B3A8E">
        <w:rPr>
          <w:rFonts w:asciiTheme="minorEastAsia" w:eastAsiaTheme="minorEastAsia" w:hAnsiTheme="minorEastAsia"/>
          <w:sz w:val="24"/>
          <w:szCs w:val="24"/>
          <w:lang w:eastAsia="ja-JP"/>
        </w:rPr>
        <w:t>city.satsumasendai.lg.jp</w:t>
      </w:r>
    </w:p>
    <w:p w14:paraId="341E27EE" w14:textId="77777777" w:rsidR="007C51F9" w:rsidRPr="009B3A8E" w:rsidRDefault="007C51F9" w:rsidP="009B3A8E">
      <w:pPr>
        <w:spacing w:after="0" w:line="240" w:lineRule="auto"/>
        <w:ind w:firstLineChars="100" w:firstLine="240"/>
        <w:rPr>
          <w:rFonts w:asciiTheme="minorEastAsia" w:eastAsiaTheme="minorEastAsia" w:hAnsiTheme="minorEastAsia"/>
          <w:sz w:val="24"/>
          <w:szCs w:val="24"/>
          <w:lang w:eastAsia="zh-CN"/>
        </w:rPr>
      </w:pPr>
    </w:p>
    <w:p w14:paraId="03EEAE5E" w14:textId="77777777" w:rsidR="007C51F9" w:rsidRPr="009B3A8E" w:rsidRDefault="007C51F9" w:rsidP="009B3A8E">
      <w:pPr>
        <w:spacing w:after="0" w:line="240" w:lineRule="auto"/>
        <w:ind w:firstLineChars="100" w:firstLine="240"/>
        <w:rPr>
          <w:rFonts w:asciiTheme="minorEastAsia" w:eastAsiaTheme="minorEastAsia" w:hAnsiTheme="minorEastAsia"/>
          <w:sz w:val="24"/>
          <w:szCs w:val="24"/>
          <w:lang w:eastAsia="ja-JP"/>
        </w:rPr>
      </w:pPr>
      <w:r w:rsidRPr="009B3A8E">
        <w:rPr>
          <w:rFonts w:asciiTheme="minorEastAsia" w:eastAsiaTheme="minorEastAsia" w:hAnsiTheme="minorEastAsia" w:hint="eastAsia"/>
          <w:sz w:val="24"/>
          <w:szCs w:val="24"/>
          <w:lang w:eastAsia="ja-JP"/>
        </w:rPr>
        <w:t>②</w:t>
      </w:r>
      <w:r w:rsidRPr="009B3A8E">
        <w:rPr>
          <w:rFonts w:asciiTheme="minorEastAsia" w:eastAsiaTheme="minorEastAsia" w:hAnsiTheme="minorEastAsia"/>
          <w:sz w:val="24"/>
          <w:szCs w:val="24"/>
          <w:lang w:eastAsia="ja-JP"/>
        </w:rPr>
        <w:t xml:space="preserve"> </w:t>
      </w:r>
      <w:r w:rsidRPr="009B3A8E">
        <w:rPr>
          <w:rFonts w:asciiTheme="minorEastAsia" w:eastAsiaTheme="minorEastAsia" w:hAnsiTheme="minorEastAsia" w:hint="eastAsia"/>
          <w:sz w:val="24"/>
          <w:szCs w:val="24"/>
          <w:lang w:eastAsia="ja-JP"/>
        </w:rPr>
        <w:t>作品を郵送する場合</w:t>
      </w:r>
    </w:p>
    <w:p w14:paraId="76A40042" w14:textId="07A806F5" w:rsidR="007C51F9" w:rsidRPr="009B3A8E" w:rsidRDefault="007C51F9" w:rsidP="009B3A8E">
      <w:pPr>
        <w:spacing w:after="0" w:line="240" w:lineRule="auto"/>
        <w:ind w:leftChars="67" w:left="141" w:firstLineChars="100" w:firstLine="240"/>
        <w:rPr>
          <w:rFonts w:asciiTheme="minorEastAsia" w:eastAsiaTheme="minorEastAsia" w:hAnsiTheme="minorEastAsia"/>
          <w:sz w:val="24"/>
          <w:szCs w:val="24"/>
          <w:lang w:eastAsia="ja-JP"/>
        </w:rPr>
      </w:pPr>
      <w:r w:rsidRPr="009B3A8E">
        <w:rPr>
          <w:rFonts w:asciiTheme="minorEastAsia" w:eastAsiaTheme="minorEastAsia" w:hAnsiTheme="minorEastAsia" w:hint="eastAsia"/>
          <w:sz w:val="24"/>
          <w:szCs w:val="24"/>
          <w:lang w:eastAsia="ja-JP"/>
        </w:rPr>
        <w:t>申込書を添えて、</w:t>
      </w:r>
      <w:r w:rsidR="009B3A8E">
        <w:rPr>
          <w:rFonts w:asciiTheme="minorEastAsia" w:eastAsiaTheme="minorEastAsia" w:hAnsiTheme="minorEastAsia" w:hint="eastAsia"/>
          <w:sz w:val="24"/>
          <w:szCs w:val="24"/>
          <w:lang w:eastAsia="ja-JP"/>
        </w:rPr>
        <w:t>市役所産業戦略課</w:t>
      </w:r>
      <w:r w:rsidRPr="009B3A8E">
        <w:rPr>
          <w:rFonts w:asciiTheme="minorEastAsia" w:eastAsiaTheme="minorEastAsia" w:hAnsiTheme="minorEastAsia" w:hint="eastAsia"/>
          <w:sz w:val="24"/>
          <w:szCs w:val="24"/>
          <w:lang w:eastAsia="ja-JP"/>
        </w:rPr>
        <w:t>まで郵送してください。</w:t>
      </w:r>
    </w:p>
    <w:p w14:paraId="20A69B2E" w14:textId="77777777" w:rsidR="009B3A8E" w:rsidRDefault="009B3A8E" w:rsidP="009B3A8E">
      <w:pPr>
        <w:tabs>
          <w:tab w:val="left" w:pos="714"/>
        </w:tabs>
        <w:spacing w:after="0" w:line="240" w:lineRule="auto"/>
        <w:ind w:leftChars="67" w:left="141"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ja-JP"/>
        </w:rPr>
        <w:t>・提出先：</w:t>
      </w:r>
      <w:r w:rsidR="007C51F9" w:rsidRPr="009B3A8E">
        <w:rPr>
          <w:rFonts w:asciiTheme="minorEastAsia" w:eastAsiaTheme="minorEastAsia" w:hAnsiTheme="minorEastAsia" w:hint="eastAsia"/>
          <w:sz w:val="24"/>
          <w:szCs w:val="24"/>
          <w:lang w:eastAsia="zh-CN"/>
        </w:rPr>
        <w:t>〒</w:t>
      </w:r>
      <w:r w:rsidR="007C51F9" w:rsidRPr="009B3A8E">
        <w:rPr>
          <w:rFonts w:asciiTheme="minorEastAsia" w:eastAsiaTheme="minorEastAsia" w:hAnsiTheme="minorEastAsia"/>
          <w:sz w:val="24"/>
          <w:szCs w:val="24"/>
          <w:lang w:eastAsia="zh-CN"/>
        </w:rPr>
        <w:t>895-8650</w:t>
      </w:r>
    </w:p>
    <w:p w14:paraId="673D6A41" w14:textId="77777777" w:rsidR="009B3A8E" w:rsidRDefault="007C51F9" w:rsidP="009B3A8E">
      <w:pPr>
        <w:tabs>
          <w:tab w:val="left" w:pos="714"/>
        </w:tabs>
        <w:spacing w:after="0" w:line="240" w:lineRule="auto"/>
        <w:ind w:leftChars="67" w:left="141" w:firstLineChars="600" w:firstLine="1440"/>
        <w:rPr>
          <w:rFonts w:asciiTheme="minorEastAsia" w:eastAsiaTheme="minorEastAsia" w:hAnsiTheme="minorEastAsia"/>
          <w:sz w:val="24"/>
          <w:szCs w:val="24"/>
          <w:lang w:eastAsia="ja-JP"/>
        </w:rPr>
      </w:pPr>
      <w:r w:rsidRPr="009B3A8E">
        <w:rPr>
          <w:rFonts w:asciiTheme="minorEastAsia" w:eastAsiaTheme="minorEastAsia" w:hAnsiTheme="minorEastAsia" w:hint="eastAsia"/>
          <w:sz w:val="24"/>
          <w:szCs w:val="24"/>
          <w:lang w:eastAsia="zh-CN"/>
        </w:rPr>
        <w:t>鹿児島県薩摩川内市神田町</w:t>
      </w:r>
      <w:r w:rsidRPr="009B3A8E">
        <w:rPr>
          <w:rFonts w:asciiTheme="minorEastAsia" w:eastAsiaTheme="minorEastAsia" w:hAnsiTheme="minorEastAsia"/>
          <w:sz w:val="24"/>
          <w:szCs w:val="24"/>
          <w:lang w:eastAsia="zh-CN"/>
        </w:rPr>
        <w:t>3</w:t>
      </w:r>
      <w:r w:rsidRPr="009B3A8E">
        <w:rPr>
          <w:rFonts w:asciiTheme="minorEastAsia" w:eastAsiaTheme="minorEastAsia" w:hAnsiTheme="minorEastAsia" w:hint="eastAsia"/>
          <w:sz w:val="24"/>
          <w:szCs w:val="24"/>
          <w:lang w:eastAsia="zh-CN"/>
        </w:rPr>
        <w:t>番</w:t>
      </w:r>
      <w:r w:rsidRPr="009B3A8E">
        <w:rPr>
          <w:rFonts w:asciiTheme="minorEastAsia" w:eastAsiaTheme="minorEastAsia" w:hAnsiTheme="minorEastAsia"/>
          <w:sz w:val="24"/>
          <w:szCs w:val="24"/>
          <w:lang w:eastAsia="zh-CN"/>
        </w:rPr>
        <w:t>22</w:t>
      </w:r>
      <w:r w:rsidRPr="009B3A8E">
        <w:rPr>
          <w:rFonts w:asciiTheme="minorEastAsia" w:eastAsiaTheme="minorEastAsia" w:hAnsiTheme="minorEastAsia" w:hint="eastAsia"/>
          <w:sz w:val="24"/>
          <w:szCs w:val="24"/>
          <w:lang w:eastAsia="zh-CN"/>
        </w:rPr>
        <w:t>号</w:t>
      </w:r>
    </w:p>
    <w:p w14:paraId="54033341" w14:textId="23935C01" w:rsidR="007C51F9" w:rsidRDefault="007C51F9" w:rsidP="009B3A8E">
      <w:pPr>
        <w:tabs>
          <w:tab w:val="left" w:pos="714"/>
        </w:tabs>
        <w:spacing w:after="0" w:line="240" w:lineRule="auto"/>
        <w:ind w:leftChars="67" w:left="141" w:firstLineChars="600" w:firstLine="1440"/>
        <w:rPr>
          <w:rFonts w:asciiTheme="minorEastAsia" w:eastAsiaTheme="minorEastAsia" w:hAnsiTheme="minorEastAsia"/>
          <w:sz w:val="24"/>
          <w:szCs w:val="24"/>
          <w:lang w:eastAsia="ja-JP"/>
        </w:rPr>
      </w:pPr>
      <w:r w:rsidRPr="009B3A8E">
        <w:rPr>
          <w:rFonts w:asciiTheme="minorEastAsia" w:eastAsiaTheme="minorEastAsia" w:hAnsiTheme="minorEastAsia" w:hint="eastAsia"/>
          <w:sz w:val="24"/>
          <w:szCs w:val="24"/>
          <w:lang w:eastAsia="ja-JP"/>
        </w:rPr>
        <w:t>薩摩川内市役所</w:t>
      </w:r>
      <w:r w:rsidRPr="009B3A8E">
        <w:rPr>
          <w:rFonts w:asciiTheme="minorEastAsia" w:eastAsiaTheme="minorEastAsia" w:hAnsiTheme="minorEastAsia"/>
          <w:sz w:val="24"/>
          <w:szCs w:val="24"/>
          <w:lang w:eastAsia="ja-JP"/>
        </w:rPr>
        <w:t xml:space="preserve"> </w:t>
      </w:r>
      <w:r w:rsidRPr="009B3A8E">
        <w:rPr>
          <w:rFonts w:asciiTheme="minorEastAsia" w:eastAsiaTheme="minorEastAsia" w:hAnsiTheme="minorEastAsia" w:hint="eastAsia"/>
          <w:sz w:val="24"/>
          <w:szCs w:val="24"/>
          <w:lang w:eastAsia="ja-JP"/>
        </w:rPr>
        <w:t>産業戦略課</w:t>
      </w:r>
      <w:r w:rsidRPr="009B3A8E">
        <w:rPr>
          <w:rFonts w:asciiTheme="minorEastAsia" w:eastAsiaTheme="minorEastAsia" w:hAnsiTheme="minorEastAsia"/>
          <w:sz w:val="24"/>
          <w:szCs w:val="24"/>
          <w:lang w:eastAsia="ja-JP"/>
        </w:rPr>
        <w:t xml:space="preserve"> </w:t>
      </w:r>
      <w:r w:rsidRPr="009B3A8E">
        <w:rPr>
          <w:rFonts w:asciiTheme="minorEastAsia" w:eastAsiaTheme="minorEastAsia" w:hAnsiTheme="minorEastAsia" w:hint="eastAsia"/>
          <w:sz w:val="24"/>
          <w:szCs w:val="24"/>
          <w:lang w:eastAsia="ja-JP"/>
        </w:rPr>
        <w:t>グローバルグループ</w:t>
      </w:r>
    </w:p>
    <w:p w14:paraId="1965953C" w14:textId="77777777" w:rsidR="00527747" w:rsidRPr="009B3A8E" w:rsidRDefault="00527747" w:rsidP="009B3A8E">
      <w:pPr>
        <w:tabs>
          <w:tab w:val="left" w:pos="714"/>
        </w:tabs>
        <w:spacing w:after="0" w:line="240" w:lineRule="auto"/>
        <w:ind w:leftChars="67" w:left="141" w:firstLineChars="600" w:firstLine="1440"/>
        <w:rPr>
          <w:rFonts w:asciiTheme="minorEastAsia" w:eastAsiaTheme="minorEastAsia" w:hAnsiTheme="minorEastAsia"/>
          <w:sz w:val="24"/>
          <w:szCs w:val="24"/>
          <w:lang w:eastAsia="zh-CN"/>
        </w:rPr>
      </w:pPr>
    </w:p>
    <w:p w14:paraId="19D225CC" w14:textId="7B19F122" w:rsidR="007C51F9" w:rsidRPr="00527747" w:rsidRDefault="00527747" w:rsidP="00527747">
      <w:pPr>
        <w:spacing w:after="0" w:line="240" w:lineRule="auto"/>
        <w:rPr>
          <w:rFonts w:ascii="ＭＳ ゴシック" w:eastAsia="ＭＳ ゴシック" w:hAnsi="ＭＳ ゴシック"/>
          <w:sz w:val="24"/>
          <w:szCs w:val="24"/>
          <w:lang w:eastAsia="ja-JP"/>
        </w:rPr>
      </w:pPr>
      <w:r w:rsidRPr="00527747">
        <w:rPr>
          <w:rFonts w:ascii="ＭＳ ゴシック" w:eastAsia="ＭＳ ゴシック" w:hAnsi="ＭＳ ゴシック" w:hint="eastAsia"/>
          <w:sz w:val="24"/>
          <w:szCs w:val="24"/>
          <w:lang w:eastAsia="ja-JP"/>
        </w:rPr>
        <w:t>５．その他事項</w:t>
      </w:r>
    </w:p>
    <w:p w14:paraId="1B4C8785" w14:textId="322E8E23" w:rsidR="00547CD8" w:rsidRPr="009B3A8E" w:rsidRDefault="00586828" w:rsidP="00527747">
      <w:pPr>
        <w:spacing w:after="0" w:line="240" w:lineRule="auto"/>
        <w:ind w:firstLineChars="100" w:firstLine="240"/>
        <w:rPr>
          <w:rFonts w:asciiTheme="minorEastAsia" w:eastAsiaTheme="minorEastAsia" w:hAnsiTheme="minorEastAsia"/>
          <w:sz w:val="24"/>
          <w:szCs w:val="24"/>
          <w:lang w:eastAsia="ja-JP"/>
        </w:rPr>
      </w:pPr>
      <w:r w:rsidRPr="009B3A8E">
        <w:rPr>
          <w:rFonts w:asciiTheme="minorEastAsia" w:eastAsiaTheme="minorEastAsia" w:hAnsiTheme="minorEastAsia"/>
          <w:sz w:val="24"/>
          <w:szCs w:val="24"/>
          <w:lang w:eastAsia="ja-JP"/>
        </w:rPr>
        <w:t>すべての参加者は、蘇州市人民対外友好協会弁公室および蘇州市美術家協会が、公式ウェブサイト、公式WeChatアカウント、ニュース報道および公益的な広報において作品を使用する権利を有することに同意したものとします。作品は上記以外の目的には使用しません。応募作品は返却しません。</w:t>
      </w:r>
      <w:r w:rsidR="00527747">
        <w:rPr>
          <w:rFonts w:asciiTheme="minorEastAsia" w:eastAsiaTheme="minorEastAsia" w:hAnsiTheme="minorEastAsia" w:hint="eastAsia"/>
          <w:sz w:val="24"/>
          <w:szCs w:val="24"/>
          <w:lang w:eastAsia="ja-JP"/>
        </w:rPr>
        <w:t>なお、</w:t>
      </w:r>
      <w:r w:rsidRPr="009B3A8E">
        <w:rPr>
          <w:rFonts w:asciiTheme="minorEastAsia" w:eastAsiaTheme="minorEastAsia" w:hAnsiTheme="minorEastAsia"/>
          <w:sz w:val="24"/>
          <w:szCs w:val="24"/>
          <w:lang w:eastAsia="ja-JP"/>
        </w:rPr>
        <w:t>本活動は公益事業であり、参加費はかかりません。</w:t>
      </w:r>
    </w:p>
    <w:sectPr w:rsidR="00547CD8" w:rsidRPr="009B3A8E" w:rsidSect="00527747">
      <w:pgSz w:w="12240" w:h="15840"/>
      <w:pgMar w:top="964" w:right="1418"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A2730" w14:textId="77777777" w:rsidR="00225A53" w:rsidRDefault="00225A53" w:rsidP="00E807B5">
      <w:pPr>
        <w:spacing w:after="0" w:line="240" w:lineRule="auto"/>
      </w:pPr>
      <w:r>
        <w:separator/>
      </w:r>
    </w:p>
  </w:endnote>
  <w:endnote w:type="continuationSeparator" w:id="0">
    <w:p w14:paraId="3196272E" w14:textId="77777777" w:rsidR="00225A53" w:rsidRDefault="00225A53" w:rsidP="00E80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w:panose1 w:val="020704090202050204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8DC64" w14:textId="77777777" w:rsidR="00225A53" w:rsidRDefault="00225A53" w:rsidP="00E807B5">
      <w:pPr>
        <w:spacing w:after="0" w:line="240" w:lineRule="auto"/>
      </w:pPr>
      <w:r>
        <w:separator/>
      </w:r>
    </w:p>
  </w:footnote>
  <w:footnote w:type="continuationSeparator" w:id="0">
    <w:p w14:paraId="04AFD548" w14:textId="77777777" w:rsidR="00225A53" w:rsidRDefault="00225A53" w:rsidP="00E807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41839006">
    <w:abstractNumId w:val="8"/>
  </w:num>
  <w:num w:numId="2" w16cid:durableId="1851793473">
    <w:abstractNumId w:val="6"/>
  </w:num>
  <w:num w:numId="3" w16cid:durableId="2051568109">
    <w:abstractNumId w:val="5"/>
  </w:num>
  <w:num w:numId="4" w16cid:durableId="1580868423">
    <w:abstractNumId w:val="4"/>
  </w:num>
  <w:num w:numId="5" w16cid:durableId="446853580">
    <w:abstractNumId w:val="7"/>
  </w:num>
  <w:num w:numId="6" w16cid:durableId="1957445214">
    <w:abstractNumId w:val="3"/>
  </w:num>
  <w:num w:numId="7" w16cid:durableId="1429081121">
    <w:abstractNumId w:val="2"/>
  </w:num>
  <w:num w:numId="8" w16cid:durableId="1651982891">
    <w:abstractNumId w:val="1"/>
  </w:num>
  <w:num w:numId="9" w16cid:durableId="1019241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975"/>
    <w:rsid w:val="00034616"/>
    <w:rsid w:val="0006063C"/>
    <w:rsid w:val="0015074B"/>
    <w:rsid w:val="001876C9"/>
    <w:rsid w:val="001D14A8"/>
    <w:rsid w:val="00225A53"/>
    <w:rsid w:val="0029639D"/>
    <w:rsid w:val="00306E8C"/>
    <w:rsid w:val="0030717A"/>
    <w:rsid w:val="00325630"/>
    <w:rsid w:val="00326F90"/>
    <w:rsid w:val="0035628D"/>
    <w:rsid w:val="00390623"/>
    <w:rsid w:val="003C35B3"/>
    <w:rsid w:val="003F0798"/>
    <w:rsid w:val="003F50F8"/>
    <w:rsid w:val="004165BF"/>
    <w:rsid w:val="004D35DE"/>
    <w:rsid w:val="00505935"/>
    <w:rsid w:val="00527747"/>
    <w:rsid w:val="00547CD8"/>
    <w:rsid w:val="00560D2E"/>
    <w:rsid w:val="00586828"/>
    <w:rsid w:val="005868B6"/>
    <w:rsid w:val="005B1C6D"/>
    <w:rsid w:val="005D02B1"/>
    <w:rsid w:val="005D5D38"/>
    <w:rsid w:val="00627239"/>
    <w:rsid w:val="00796F12"/>
    <w:rsid w:val="007976D0"/>
    <w:rsid w:val="007C3CBE"/>
    <w:rsid w:val="007C51F9"/>
    <w:rsid w:val="00831AE3"/>
    <w:rsid w:val="008B32FF"/>
    <w:rsid w:val="00905D5D"/>
    <w:rsid w:val="00933032"/>
    <w:rsid w:val="00967774"/>
    <w:rsid w:val="009B3A8E"/>
    <w:rsid w:val="00A25D73"/>
    <w:rsid w:val="00AA1D8D"/>
    <w:rsid w:val="00AA2A22"/>
    <w:rsid w:val="00AB23F8"/>
    <w:rsid w:val="00AD3688"/>
    <w:rsid w:val="00B47730"/>
    <w:rsid w:val="00BA3E08"/>
    <w:rsid w:val="00BB3C51"/>
    <w:rsid w:val="00BE3B0A"/>
    <w:rsid w:val="00C801B7"/>
    <w:rsid w:val="00CB0664"/>
    <w:rsid w:val="00CD2E72"/>
    <w:rsid w:val="00CE2CBF"/>
    <w:rsid w:val="00D06626"/>
    <w:rsid w:val="00D83670"/>
    <w:rsid w:val="00D9080E"/>
    <w:rsid w:val="00DD2672"/>
    <w:rsid w:val="00DF2DB3"/>
    <w:rsid w:val="00E404C1"/>
    <w:rsid w:val="00E807B5"/>
    <w:rsid w:val="00E9133D"/>
    <w:rsid w:val="00EE5599"/>
    <w:rsid w:val="00FC693F"/>
    <w:rsid w:val="00FD2E7A"/>
    <w:rsid w:val="00FE0E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790FE7E"/>
  <w14:defaultImageDpi w14:val="300"/>
  <w15:docId w15:val="{031E0050-5C21-4BA2-BA8A-ADBA26EE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line="300" w:lineRule="auto"/>
    </w:pPr>
    <w:rPr>
      <w:rFonts w:ascii="游ゴシック" w:eastAsia="游ゴシック" w:hAnsi="游ゴシック"/>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453</Words>
  <Characters>482</Characters>
  <Application>Microsoft Office Word</Application>
  <DocSecurity>0</DocSecurity>
  <Lines>24</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緒方　夏菜</cp:lastModifiedBy>
  <cp:revision>50</cp:revision>
  <cp:lastPrinted>2026-07-30T09:25:00Z</cp:lastPrinted>
  <dcterms:created xsi:type="dcterms:W3CDTF">2013-12-23T23:15:00Z</dcterms:created>
  <dcterms:modified xsi:type="dcterms:W3CDTF">2026-07-30T23:40:00Z</dcterms:modified>
  <cp:category/>
</cp:coreProperties>
</file>